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23C" w:rsidRDefault="005E5FB7">
      <w:pPr>
        <w:wordWrap w:val="0"/>
        <w:autoSpaceDE w:val="0"/>
        <w:autoSpaceDN w:val="0"/>
        <w:spacing w:after="2889" w:line="14" w:lineRule="exact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2578735</wp:posOffset>
            </wp:positionH>
            <wp:positionV relativeFrom="page">
              <wp:posOffset>6045199</wp:posOffset>
            </wp:positionV>
            <wp:extent cx="2405380" cy="2402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945" cy="4147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9626600</wp:posOffset>
            </wp:positionV>
            <wp:extent cx="2024380" cy="474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10196208</wp:posOffset>
            </wp:positionV>
            <wp:extent cx="7559040" cy="497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3C" w:rsidRDefault="005E5FB7">
      <w:pPr>
        <w:wordWrap w:val="0"/>
        <w:autoSpaceDE w:val="0"/>
        <w:autoSpaceDN w:val="0"/>
        <w:spacing w:before="5806" w:after="300" w:line="480" w:lineRule="exact"/>
        <w:ind w:left="1824"/>
      </w:pPr>
      <w:r>
        <w:rPr>
          <w:rFonts w:ascii="Microsoft YaHei" w:eastAsia="Microsoft YaHei" w:hAnsi="Microsoft YaHei"/>
          <w:b/>
          <w:color w:val="000000"/>
          <w:sz w:val="48"/>
          <w:lang w:eastAsia="zh-CN"/>
        </w:rPr>
        <w:t>【淨零永續</w:t>
      </w:r>
      <w:r>
        <w:rPr>
          <w:rFonts w:ascii="Times New Roman" w:eastAsia="Times New Roman" w:hAnsi="Times New Roman"/>
          <w:b/>
          <w:color w:val="000000"/>
          <w:spacing w:val="1"/>
          <w:sz w:val="48"/>
        </w:rPr>
        <w:t xml:space="preserve"> </w:t>
      </w:r>
      <w:r>
        <w:rPr>
          <w:rFonts w:ascii="Microsoft YaHei" w:eastAsia="Microsoft YaHei" w:hAnsi="Microsoft YaHei"/>
          <w:b/>
          <w:color w:val="000000"/>
          <w:sz w:val="48"/>
        </w:rPr>
        <w:t>X</w:t>
      </w:r>
      <w:r>
        <w:rPr>
          <w:rFonts w:ascii="Times New Roman" w:eastAsia="Times New Roman" w:hAnsi="Times New Roman"/>
          <w:b/>
          <w:color w:val="000000"/>
          <w:sz w:val="48"/>
        </w:rPr>
        <w:t xml:space="preserve"> </w:t>
      </w:r>
      <w:r>
        <w:rPr>
          <w:rFonts w:ascii="Microsoft YaHei" w:eastAsia="Microsoft YaHei" w:hAnsi="Microsoft YaHei"/>
          <w:b/>
          <w:color w:val="000000"/>
          <w:sz w:val="48"/>
          <w:lang w:eastAsia="zh-CN"/>
        </w:rPr>
        <w:t>低碳能源系列課程】簡章</w:t>
      </w:r>
    </w:p>
    <w:p w:rsidR="00F2423C" w:rsidRDefault="005E5FB7">
      <w:pPr>
        <w:wordWrap w:val="0"/>
        <w:autoSpaceDE w:val="0"/>
        <w:autoSpaceDN w:val="0"/>
        <w:spacing w:before="600" w:after="3248" w:line="480" w:lineRule="exact"/>
        <w:ind w:left="3639"/>
      </w:pPr>
      <w:r>
        <w:rPr>
          <w:rFonts w:ascii="Microsoft YaHei" w:eastAsia="Microsoft YaHei" w:hAnsi="Microsoft YaHei"/>
          <w:b/>
          <w:color w:val="C00000"/>
          <w:sz w:val="48"/>
          <w:lang w:eastAsia="zh-CN"/>
        </w:rPr>
        <w:t>請掃描下方</w:t>
      </w:r>
      <w:r>
        <w:rPr>
          <w:rFonts w:ascii="Times New Roman" w:eastAsia="Times New Roman" w:hAnsi="Times New Roman"/>
          <w:b/>
          <w:color w:val="C00000"/>
          <w:sz w:val="48"/>
        </w:rPr>
        <w:t xml:space="preserve"> </w:t>
      </w:r>
      <w:r>
        <w:rPr>
          <w:rFonts w:ascii="Microsoft YaHei" w:eastAsia="Microsoft YaHei" w:hAnsi="Microsoft YaHei"/>
          <w:b/>
          <w:color w:val="C00000"/>
          <w:sz w:val="48"/>
        </w:rPr>
        <w:t>QR</w:t>
      </w:r>
      <w:r>
        <w:rPr>
          <w:rFonts w:ascii="Times New Roman" w:eastAsia="Times New Roman" w:hAnsi="Times New Roman"/>
          <w:b/>
          <w:color w:val="C00000"/>
          <w:spacing w:val="24"/>
          <w:sz w:val="48"/>
        </w:rPr>
        <w:t xml:space="preserve"> </w:t>
      </w:r>
      <w:r>
        <w:rPr>
          <w:rFonts w:ascii="Microsoft YaHei" w:eastAsia="Microsoft YaHei" w:hAnsi="Microsoft YaHei"/>
          <w:b/>
          <w:color w:val="C00000"/>
          <w:sz w:val="48"/>
        </w:rPr>
        <w:t>Code</w:t>
      </w:r>
    </w:p>
    <w:p w:rsidR="00F2423C" w:rsidRDefault="005E5FB7">
      <w:pPr>
        <w:wordWrap w:val="0"/>
        <w:autoSpaceDE w:val="0"/>
        <w:autoSpaceDN w:val="0"/>
        <w:spacing w:before="6496" w:after="366" w:line="240" w:lineRule="exact"/>
        <w:ind w:left="3905"/>
      </w:pPr>
      <w:r>
        <w:rPr>
          <w:rFonts w:ascii="微軟正黑體" w:eastAsia="微軟正黑體" w:hAnsi="微軟正黑體"/>
          <w:b/>
          <w:color w:val="FFFFFF"/>
          <w:sz w:val="24"/>
        </w:rPr>
        <w:t>※</w:t>
      </w:r>
      <w:r>
        <w:rPr>
          <w:rFonts w:ascii="Times New Roman" w:eastAsia="Times New Roman" w:hAnsi="Times New Roman"/>
          <w:b/>
          <w:color w:val="FFFFFF"/>
          <w:spacing w:val="60"/>
          <w:sz w:val="24"/>
        </w:rPr>
        <w:t xml:space="preserve"> </w:t>
      </w:r>
      <w:r>
        <w:rPr>
          <w:rFonts w:ascii="微軟正黑體" w:eastAsia="微軟正黑體" w:hAnsi="微軟正黑體"/>
          <w:b/>
          <w:color w:val="FFFFFF"/>
          <w:sz w:val="24"/>
          <w:lang w:eastAsia="zh-CN"/>
        </w:rPr>
        <w:t>本課程歡迎企詢</w:t>
      </w:r>
      <w:r>
        <w:rPr>
          <w:rFonts w:ascii="Times New Roman" w:eastAsia="Times New Roman" w:hAnsi="Times New Roman"/>
          <w:b/>
          <w:color w:val="FFFFFF"/>
          <w:spacing w:val="60"/>
          <w:sz w:val="24"/>
        </w:rPr>
        <w:t xml:space="preserve"> </w:t>
      </w:r>
      <w:r>
        <w:rPr>
          <w:rFonts w:ascii="微軟正黑體" w:eastAsia="微軟正黑體" w:hAnsi="微軟正黑體"/>
          <w:b/>
          <w:color w:val="FFFFFF"/>
          <w:sz w:val="24"/>
          <w:lang w:eastAsia="zh-CN"/>
        </w:rPr>
        <w:t>承辦人張小姐</w:t>
      </w:r>
      <w:r>
        <w:rPr>
          <w:rFonts w:ascii="Times New Roman" w:eastAsia="Times New Roman" w:hAnsi="Times New Roman"/>
          <w:b/>
          <w:color w:val="FFFFFF"/>
          <w:spacing w:val="60"/>
          <w:sz w:val="24"/>
        </w:rPr>
        <w:t xml:space="preserve"> </w:t>
      </w:r>
      <w:r>
        <w:rPr>
          <w:rFonts w:ascii="微軟正黑體" w:eastAsia="微軟正黑體" w:hAnsi="微軟正黑體"/>
          <w:b/>
          <w:color w:val="FFFFFF"/>
          <w:spacing w:val="1"/>
          <w:sz w:val="24"/>
        </w:rPr>
        <w:t>02</w:t>
      </w:r>
      <w:r>
        <w:rPr>
          <w:rFonts w:ascii="微軟正黑體" w:eastAsia="微軟正黑體" w:hAnsi="微軟正黑體"/>
          <w:b/>
          <w:color w:val="FFFFFF"/>
          <w:w w:val="99"/>
          <w:sz w:val="24"/>
        </w:rPr>
        <w:t>-</w:t>
      </w:r>
      <w:r>
        <w:rPr>
          <w:rFonts w:ascii="微軟正黑體" w:eastAsia="微軟正黑體" w:hAnsi="微軟正黑體"/>
          <w:b/>
          <w:color w:val="FFFFFF"/>
          <w:sz w:val="24"/>
        </w:rPr>
        <w:t>2370</w:t>
      </w:r>
      <w:r>
        <w:rPr>
          <w:rFonts w:ascii="微軟正黑體" w:eastAsia="微軟正黑體" w:hAnsi="微軟正黑體"/>
          <w:b/>
          <w:color w:val="FFFFFF"/>
          <w:spacing w:val="-3"/>
          <w:sz w:val="24"/>
        </w:rPr>
        <w:t>-</w:t>
      </w:r>
      <w:r>
        <w:rPr>
          <w:rFonts w:ascii="微軟正黑體" w:eastAsia="微軟正黑體" w:hAnsi="微軟正黑體"/>
          <w:b/>
          <w:color w:val="FFFFFF"/>
          <w:sz w:val="24"/>
        </w:rPr>
        <w:t>1111</w:t>
      </w:r>
      <w:r>
        <w:rPr>
          <w:rFonts w:ascii="微軟正黑體" w:eastAsia="微軟正黑體" w:hAnsi="微軟正黑體"/>
          <w:b/>
          <w:color w:val="FFFFFF"/>
          <w:spacing w:val="2"/>
          <w:sz w:val="24"/>
        </w:rPr>
        <w:t>#</w:t>
      </w:r>
      <w:r>
        <w:rPr>
          <w:rFonts w:ascii="微軟正黑體" w:eastAsia="微軟正黑體" w:hAnsi="微軟正黑體"/>
          <w:b/>
          <w:color w:val="FFFFFF"/>
          <w:sz w:val="24"/>
        </w:rPr>
        <w:t>602</w:t>
      </w:r>
    </w:p>
    <w:p w:rsidR="00F2423C" w:rsidRDefault="005E5FB7">
      <w:pPr>
        <w:wordWrap w:val="0"/>
        <w:autoSpaceDE w:val="0"/>
        <w:autoSpaceDN w:val="0"/>
        <w:spacing w:before="733" w:after="0" w:line="319" w:lineRule="exact"/>
        <w:ind w:left="456"/>
      </w:pPr>
      <w:r>
        <w:rPr>
          <w:rFonts w:ascii="微軟正黑體" w:eastAsia="微軟正黑體" w:hAnsi="微軟正黑體"/>
          <w:b/>
          <w:color w:val="FFFFFF"/>
          <w:sz w:val="32"/>
        </w:rPr>
        <w:t>※</w:t>
      </w:r>
      <w:r>
        <w:rPr>
          <w:rFonts w:ascii="Times New Roman" w:eastAsia="Times New Roman" w:hAnsi="Times New Roman"/>
          <w:b/>
          <w:color w:val="FFFFFF"/>
          <w:spacing w:val="78"/>
          <w:sz w:val="32"/>
        </w:rPr>
        <w:t xml:space="preserve"> </w:t>
      </w:r>
      <w:r>
        <w:rPr>
          <w:rFonts w:ascii="微軟正黑體" w:eastAsia="微軟正黑體" w:hAnsi="微軟正黑體"/>
          <w:b/>
          <w:color w:val="FFFFFF"/>
          <w:sz w:val="32"/>
          <w:lang w:eastAsia="zh-CN"/>
        </w:rPr>
        <w:t>本系列課程歡迎企業包班</w:t>
      </w:r>
      <w:r>
        <w:rPr>
          <w:rFonts w:ascii="微軟正黑體" w:eastAsia="微軟正黑體" w:hAnsi="微軟正黑體"/>
          <w:b/>
          <w:color w:val="FFFFFF"/>
          <w:sz w:val="32"/>
        </w:rPr>
        <w:t>~</w:t>
      </w:r>
      <w:r>
        <w:rPr>
          <w:rFonts w:ascii="微軟正黑體" w:eastAsia="微軟正黑體" w:hAnsi="微軟正黑體"/>
          <w:b/>
          <w:color w:val="FFFFFF"/>
          <w:sz w:val="32"/>
          <w:lang w:eastAsia="zh-CN"/>
        </w:rPr>
        <w:t>請來電洽詢</w:t>
      </w:r>
      <w:r>
        <w:rPr>
          <w:rFonts w:ascii="Times New Roman" w:eastAsia="Times New Roman" w:hAnsi="Times New Roman"/>
          <w:b/>
          <w:color w:val="FFFFFF"/>
          <w:spacing w:val="78"/>
          <w:sz w:val="32"/>
        </w:rPr>
        <w:t xml:space="preserve"> </w:t>
      </w:r>
      <w:r>
        <w:rPr>
          <w:rFonts w:ascii="微軟正黑體" w:eastAsia="微軟正黑體" w:hAnsi="微軟正黑體"/>
          <w:b/>
          <w:color w:val="FFFFFF"/>
          <w:sz w:val="32"/>
          <w:lang w:eastAsia="zh-CN"/>
        </w:rPr>
        <w:t>承辦人張小姐</w:t>
      </w:r>
      <w:r>
        <w:rPr>
          <w:rFonts w:ascii="Times New Roman" w:eastAsia="Times New Roman" w:hAnsi="Times New Roman"/>
          <w:b/>
          <w:color w:val="FFFFFF"/>
          <w:spacing w:val="78"/>
          <w:sz w:val="32"/>
        </w:rPr>
        <w:t xml:space="preserve"> </w:t>
      </w:r>
      <w:r>
        <w:rPr>
          <w:rFonts w:ascii="微軟正黑體" w:eastAsia="微軟正黑體" w:hAnsi="微軟正黑體"/>
          <w:b/>
          <w:color w:val="FFFFFF"/>
          <w:sz w:val="32"/>
        </w:rPr>
        <w:t>02-2370-1111#602</w:t>
      </w:r>
    </w:p>
    <w:p w:rsidR="00F2423C" w:rsidRDefault="00F2423C">
      <w:pPr>
        <w:spacing w:after="0"/>
        <w:sectPr w:rsidR="00F2423C">
          <w:pgSz w:w="11906" w:h="16838"/>
          <w:pgMar w:top="1440" w:right="0" w:bottom="0" w:left="0" w:header="720" w:footer="720" w:gutter="0"/>
          <w:cols w:space="720" w:equalWidth="0">
            <w:col w:w="11906" w:space="0"/>
          </w:cols>
          <w:docGrid w:linePitch="360"/>
        </w:sectPr>
      </w:pPr>
    </w:p>
    <w:p w:rsidR="00F2423C" w:rsidRDefault="005E5FB7">
      <w:pPr>
        <w:wordWrap w:val="0"/>
        <w:autoSpaceDE w:val="0"/>
        <w:autoSpaceDN w:val="0"/>
        <w:spacing w:after="0" w:line="14" w:lineRule="exact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87400" cy="4688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46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3C" w:rsidRDefault="00F2423C">
      <w:pPr>
        <w:wordWrap w:val="0"/>
        <w:autoSpaceDE w:val="0"/>
        <w:autoSpaceDN w:val="0"/>
        <w:spacing w:after="0" w:line="14" w:lineRule="exact"/>
      </w:pPr>
    </w:p>
    <w:sectPr w:rsidR="00F2423C" w:rsidSect="00034616">
      <w:pgSz w:w="21240" w:h="8304"/>
      <w:pgMar w:top="1440" w:right="1440" w:bottom="1440" w:left="1440" w:header="720" w:footer="720" w:gutter="0"/>
      <w:cols w:space="720" w:equalWidth="0">
        <w:col w:w="2124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1" w:subsetted="1" w:fontKey="{EFD3B87E-39C6-4EEC-B353-66564147C766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2" w:subsetted="1" w:fontKey="{3AC409CF-236D-40BA-AA78-FC69112C4E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720"/>
  <w:noPunctuationKerning/>
  <w:characterSpacingControl w:val="compressPunctuationAndJapaneseKana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E5FB7"/>
    <w:rsid w:val="00AA1D8D"/>
    <w:rsid w:val="00B47730"/>
    <w:rsid w:val="00CB0664"/>
    <w:rsid w:val="00F2423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7482E9E-F583-4DB3-A442-9D56A221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684355-F5AC-42A7-AD6A-C35DE4B13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USER</cp:lastModifiedBy>
  <cp:revision>2</cp:revision>
  <dcterms:created xsi:type="dcterms:W3CDTF">2024-01-29T04:16:00Z</dcterms:created>
  <dcterms:modified xsi:type="dcterms:W3CDTF">2024-01-29T04:16:00Z</dcterms:modified>
  <cp:category/>
</cp:coreProperties>
</file>